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676F9A" w:rsidRDefault="00676F9A">
      <w:pPr>
        <w:pStyle w:val="Heading1"/>
        <w:jc w:val="center"/>
        <w:rPr>
          <w:rFonts w:ascii="Times New Roman" w:hAnsi="Times New Roman" w:cs="Times New Roman"/>
          <w:sz w:val="24"/>
          <w:szCs w:val="24"/>
        </w:rPr>
      </w:pPr>
      <w:r w:rsidRPr="00676F9A">
        <w:rPr>
          <w:rFonts w:ascii="Times New Roman" w:hAnsi="Times New Roman" w:cs="Times New Roman"/>
          <w:sz w:val="24"/>
          <w:szCs w:val="24"/>
        </w:rPr>
        <w:t>INDO-TIBETAN BORDER POLICE FORCE</w:t>
      </w:r>
    </w:p>
    <w:p w:rsidR="00C77E23" w:rsidRPr="00676F9A" w:rsidRDefault="00676F9A">
      <w:pPr>
        <w:jc w:val="center"/>
        <w:rPr>
          <w:rFonts w:ascii="Times New Roman" w:hAnsi="Times New Roman" w:cs="Times New Roman"/>
          <w:sz w:val="24"/>
          <w:szCs w:val="24"/>
        </w:rPr>
      </w:pPr>
      <w:r w:rsidRPr="00676F9A">
        <w:rPr>
          <w:rFonts w:ascii="Times New Roman" w:hAnsi="Times New Roman" w:cs="Times New Roman"/>
          <w:b/>
          <w:sz w:val="24"/>
          <w:szCs w:val="24"/>
        </w:rPr>
        <w:t>DIRECTORATE GENERAL (PROCUREMENT DIRECTORATE</w:t>
      </w:r>
      <w:proofErr w:type="gramStart"/>
      <w:r w:rsidRPr="00676F9A">
        <w:rPr>
          <w:rFonts w:ascii="Times New Roman" w:hAnsi="Times New Roman" w:cs="Times New Roman"/>
          <w:b/>
          <w:sz w:val="24"/>
          <w:szCs w:val="24"/>
        </w:rPr>
        <w:t>)</w:t>
      </w:r>
      <w:proofErr w:type="gramEnd"/>
      <w:r w:rsidRPr="00676F9A">
        <w:rPr>
          <w:rFonts w:ascii="Times New Roman" w:hAnsi="Times New Roman" w:cs="Times New Roman"/>
          <w:b/>
          <w:sz w:val="24"/>
          <w:szCs w:val="24"/>
        </w:rPr>
        <w:br/>
      </w:r>
      <w:r w:rsidRPr="00676F9A">
        <w:rPr>
          <w:rFonts w:ascii="Times New Roman" w:hAnsi="Times New Roman" w:cs="Times New Roman"/>
          <w:sz w:val="24"/>
          <w:szCs w:val="24"/>
        </w:rPr>
        <w:t>Block-2, CGO Complex, Lodhi Road, New Delhi – 110003</w:t>
      </w:r>
    </w:p>
    <w:p w:rsidR="00C77E23" w:rsidRPr="00676F9A" w:rsidRDefault="00676F9A">
      <w:pPr>
        <w:pStyle w:val="Heading2"/>
        <w:jc w:val="center"/>
        <w:rPr>
          <w:rFonts w:ascii="Times New Roman" w:hAnsi="Times New Roman" w:cs="Times New Roman"/>
          <w:sz w:val="24"/>
          <w:szCs w:val="24"/>
        </w:rPr>
      </w:pPr>
      <w:r w:rsidRPr="00676F9A">
        <w:rPr>
          <w:rFonts w:ascii="Times New Roman" w:hAnsi="Times New Roman" w:cs="Times New Roman"/>
          <w:sz w:val="24"/>
          <w:szCs w:val="24"/>
        </w:rPr>
        <w:t>TENDER NOTICE FOR PUBLICATION IN INDIAN TRADE JOURNAL</w:t>
      </w:r>
    </w:p>
    <w:tbl>
      <w:tblPr>
        <w:tblStyle w:val="TableGrid"/>
        <w:tblW w:w="0" w:type="auto"/>
        <w:tblLook w:val="04A0"/>
      </w:tblPr>
      <w:tblGrid>
        <w:gridCol w:w="4158"/>
        <w:gridCol w:w="4482"/>
      </w:tblGrid>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482" w:type="dxa"/>
          </w:tcPr>
          <w:p w:rsidR="00C77E23" w:rsidRPr="00676F9A" w:rsidRDefault="00676F9A" w:rsidP="00DD2365">
            <w:pPr>
              <w:rPr>
                <w:rFonts w:ascii="Times New Roman" w:hAnsi="Times New Roman" w:cs="Times New Roman"/>
                <w:sz w:val="24"/>
                <w:szCs w:val="24"/>
              </w:rPr>
            </w:pPr>
            <w:r w:rsidRPr="00676F9A">
              <w:rPr>
                <w:rFonts w:ascii="Times New Roman" w:hAnsi="Times New Roman" w:cs="Times New Roman"/>
                <w:sz w:val="24"/>
                <w:szCs w:val="24"/>
              </w:rPr>
              <w:t>GEM/2026/B/</w:t>
            </w:r>
            <w:r w:rsidR="00343BCF">
              <w:rPr>
                <w:rFonts w:ascii="Times New Roman" w:hAnsi="Times New Roman" w:cs="Times New Roman"/>
                <w:sz w:val="24"/>
                <w:szCs w:val="24"/>
              </w:rPr>
              <w:t>76</w:t>
            </w:r>
            <w:r w:rsidR="00DD2365">
              <w:rPr>
                <w:rFonts w:ascii="Times New Roman" w:hAnsi="Times New Roman" w:cs="Times New Roman"/>
                <w:sz w:val="24"/>
                <w:szCs w:val="24"/>
              </w:rPr>
              <w:t>64846</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482" w:type="dxa"/>
          </w:tcPr>
          <w:p w:rsidR="00C77E23" w:rsidRPr="00676F9A" w:rsidRDefault="00DD2365">
            <w:pPr>
              <w:rPr>
                <w:rFonts w:ascii="Times New Roman" w:hAnsi="Times New Roman" w:cs="Times New Roman"/>
                <w:sz w:val="24"/>
                <w:szCs w:val="24"/>
              </w:rPr>
            </w:pPr>
            <w:r>
              <w:rPr>
                <w:rFonts w:ascii="Times New Roman" w:hAnsi="Times New Roman" w:cs="Times New Roman"/>
                <w:sz w:val="24"/>
                <w:szCs w:val="24"/>
              </w:rPr>
              <w:t xml:space="preserve">Interactive Panel 75 and 86 inch </w:t>
            </w:r>
            <w:r w:rsidR="00343BCF">
              <w:rPr>
                <w:rFonts w:ascii="Times New Roman" w:hAnsi="Times New Roman" w:cs="Times New Roman"/>
                <w:sz w:val="24"/>
                <w:szCs w:val="24"/>
              </w:rPr>
              <w:t xml:space="preserve"> </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482" w:type="dxa"/>
          </w:tcPr>
          <w:p w:rsidR="00C77E23" w:rsidRPr="00676F9A" w:rsidRDefault="00DD2365" w:rsidP="004113A2">
            <w:pPr>
              <w:rPr>
                <w:rFonts w:ascii="Times New Roman" w:hAnsi="Times New Roman" w:cs="Times New Roman"/>
                <w:sz w:val="24"/>
                <w:szCs w:val="24"/>
              </w:rPr>
            </w:pPr>
            <w:r>
              <w:rPr>
                <w:rFonts w:ascii="Times New Roman" w:hAnsi="Times New Roman" w:cs="Times New Roman"/>
                <w:sz w:val="24"/>
                <w:szCs w:val="24"/>
              </w:rPr>
              <w:t xml:space="preserve">75 inch 27 &amp; 86 inch 19 </w:t>
            </w:r>
            <w:r w:rsidR="00676F9A" w:rsidRPr="00676F9A">
              <w:rPr>
                <w:rFonts w:ascii="Times New Roman" w:hAnsi="Times New Roman" w:cs="Times New Roman"/>
                <w:sz w:val="24"/>
                <w:szCs w:val="24"/>
              </w:rPr>
              <w:t xml:space="preserve"> Nos.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(GeM)</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482" w:type="dxa"/>
          </w:tcPr>
          <w:p w:rsidR="00C77E23" w:rsidRPr="00676F9A" w:rsidRDefault="00676F9A" w:rsidP="00DD2365">
            <w:pPr>
              <w:rPr>
                <w:rFonts w:ascii="Times New Roman" w:hAnsi="Times New Roman" w:cs="Times New Roman"/>
                <w:sz w:val="24"/>
                <w:szCs w:val="24"/>
              </w:rPr>
            </w:pPr>
            <w:r w:rsidRPr="00676F9A">
              <w:rPr>
                <w:rFonts w:ascii="Times New Roman" w:hAnsi="Times New Roman" w:cs="Times New Roman"/>
                <w:sz w:val="24"/>
                <w:szCs w:val="24"/>
              </w:rPr>
              <w:t>₹</w:t>
            </w:r>
            <w:r w:rsidR="00DD2365">
              <w:rPr>
                <w:rFonts w:ascii="Times New Roman" w:hAnsi="Times New Roman" w:cs="Times New Roman"/>
                <w:sz w:val="24"/>
                <w:szCs w:val="24"/>
              </w:rPr>
              <w:t xml:space="preserve"> 78,06,060</w:t>
            </w:r>
            <w:r w:rsidR="00343BCF">
              <w:rPr>
                <w:rFonts w:ascii="Times New Roman" w:hAnsi="Times New Roman" w:cs="Times New Roman"/>
                <w:sz w:val="24"/>
                <w:szCs w:val="24"/>
              </w:rPr>
              <w:t>/-</w:t>
            </w:r>
            <w:r w:rsidRPr="00676F9A">
              <w:rPr>
                <w:rFonts w:ascii="Times New Roman" w:hAnsi="Times New Roman" w:cs="Times New Roman"/>
                <w:sz w:val="24"/>
                <w:szCs w:val="24"/>
              </w:rPr>
              <w:t xml:space="preserve"> (Approx.)</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482" w:type="dxa"/>
          </w:tcPr>
          <w:p w:rsidR="00C77E23" w:rsidRPr="00676F9A" w:rsidRDefault="00DD2365" w:rsidP="004113A2">
            <w:pPr>
              <w:rPr>
                <w:rFonts w:ascii="Times New Roman" w:hAnsi="Times New Roman" w:cs="Times New Roman"/>
                <w:sz w:val="24"/>
                <w:szCs w:val="24"/>
              </w:rPr>
            </w:pPr>
            <w:r>
              <w:rPr>
                <w:rFonts w:ascii="Times New Roman" w:hAnsi="Times New Roman" w:cs="Times New Roman"/>
                <w:sz w:val="24"/>
                <w:szCs w:val="24"/>
              </w:rPr>
              <w:t>17</w:t>
            </w:r>
            <w:r w:rsidR="00676F9A" w:rsidRPr="00676F9A">
              <w:rPr>
                <w:rFonts w:ascii="Times New Roman" w:hAnsi="Times New Roman" w:cs="Times New Roman"/>
                <w:sz w:val="24"/>
                <w:szCs w:val="24"/>
              </w:rPr>
              <w:t>/</w:t>
            </w:r>
            <w:r w:rsidR="00343BCF">
              <w:rPr>
                <w:rFonts w:ascii="Times New Roman" w:hAnsi="Times New Roman" w:cs="Times New Roman"/>
                <w:sz w:val="24"/>
                <w:szCs w:val="24"/>
              </w:rPr>
              <w:t>06/2026</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482" w:type="dxa"/>
          </w:tcPr>
          <w:p w:rsidR="00C77E23" w:rsidRPr="00676F9A" w:rsidRDefault="00DD2365" w:rsidP="00DD2365">
            <w:pPr>
              <w:rPr>
                <w:rFonts w:ascii="Times New Roman" w:hAnsi="Times New Roman" w:cs="Times New Roman"/>
                <w:sz w:val="24"/>
                <w:szCs w:val="24"/>
              </w:rPr>
            </w:pPr>
            <w:r>
              <w:rPr>
                <w:rFonts w:ascii="Times New Roman" w:hAnsi="Times New Roman" w:cs="Times New Roman"/>
                <w:sz w:val="24"/>
                <w:szCs w:val="24"/>
              </w:rPr>
              <w:t>11</w:t>
            </w:r>
            <w:r w:rsidR="00676F9A" w:rsidRPr="00676F9A">
              <w:rPr>
                <w:rFonts w:ascii="Times New Roman" w:hAnsi="Times New Roman" w:cs="Times New Roman"/>
                <w:sz w:val="24"/>
                <w:szCs w:val="24"/>
              </w:rPr>
              <w:t>/</w:t>
            </w:r>
            <w:r w:rsidR="00343BCF">
              <w:rPr>
                <w:rFonts w:ascii="Times New Roman" w:hAnsi="Times New Roman" w:cs="Times New Roman"/>
                <w:sz w:val="24"/>
                <w:szCs w:val="24"/>
              </w:rPr>
              <w:t>07</w:t>
            </w:r>
            <w:r w:rsidR="00676F9A" w:rsidRPr="00676F9A">
              <w:rPr>
                <w:rFonts w:ascii="Times New Roman" w:hAnsi="Times New Roman" w:cs="Times New Roman"/>
                <w:sz w:val="24"/>
                <w:szCs w:val="24"/>
              </w:rPr>
              <w:t>/20</w:t>
            </w:r>
            <w:r w:rsidR="00343BCF">
              <w:rPr>
                <w:rFonts w:ascii="Times New Roman" w:hAnsi="Times New Roman" w:cs="Times New Roman"/>
                <w:sz w:val="24"/>
                <w:szCs w:val="24"/>
              </w:rPr>
              <w:t>26</w:t>
            </w:r>
            <w:r w:rsidR="004113A2">
              <w:rPr>
                <w:rFonts w:ascii="Times New Roman" w:hAnsi="Times New Roman" w:cs="Times New Roman"/>
                <w:sz w:val="24"/>
                <w:szCs w:val="24"/>
              </w:rPr>
              <w:t xml:space="preserve"> </w:t>
            </w:r>
            <w:r w:rsidR="00676F9A" w:rsidRPr="00676F9A">
              <w:rPr>
                <w:rFonts w:ascii="Times New Roman" w:hAnsi="Times New Roman" w:cs="Times New Roman"/>
                <w:sz w:val="24"/>
                <w:szCs w:val="24"/>
              </w:rPr>
              <w:t xml:space="preserve"> at</w:t>
            </w:r>
            <w:r w:rsidR="004113A2">
              <w:rPr>
                <w:rFonts w:ascii="Times New Roman" w:hAnsi="Times New Roman" w:cs="Times New Roman"/>
                <w:sz w:val="24"/>
                <w:szCs w:val="24"/>
              </w:rPr>
              <w:t xml:space="preserve">  </w:t>
            </w:r>
            <w:r>
              <w:rPr>
                <w:rFonts w:ascii="Times New Roman" w:hAnsi="Times New Roman" w:cs="Times New Roman"/>
                <w:sz w:val="24"/>
                <w:szCs w:val="24"/>
              </w:rPr>
              <w:t>18</w:t>
            </w:r>
            <w:r w:rsidR="00343BCF">
              <w:rPr>
                <w:rFonts w:ascii="Times New Roman" w:hAnsi="Times New Roman" w:cs="Times New Roman"/>
                <w:sz w:val="24"/>
                <w:szCs w:val="24"/>
              </w:rPr>
              <w:t>00</w:t>
            </w:r>
            <w:r w:rsidR="00676F9A" w:rsidRPr="00676F9A">
              <w:rPr>
                <w:rFonts w:ascii="Times New Roman" w:hAnsi="Times New Roman" w:cs="Times New Roman"/>
                <w:sz w:val="24"/>
                <w:szCs w:val="24"/>
              </w:rPr>
              <w:t xml:space="preserve"> Hrs</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482" w:type="dxa"/>
          </w:tcPr>
          <w:p w:rsidR="00C77E23" w:rsidRPr="00676F9A" w:rsidRDefault="00DD2365" w:rsidP="00DD2365">
            <w:pPr>
              <w:rPr>
                <w:rFonts w:ascii="Times New Roman" w:hAnsi="Times New Roman" w:cs="Times New Roman"/>
                <w:sz w:val="24"/>
                <w:szCs w:val="24"/>
              </w:rPr>
            </w:pPr>
            <w:r>
              <w:rPr>
                <w:rFonts w:ascii="Times New Roman" w:hAnsi="Times New Roman" w:cs="Times New Roman"/>
                <w:sz w:val="24"/>
                <w:szCs w:val="24"/>
              </w:rPr>
              <w:t>1</w:t>
            </w:r>
            <w:r w:rsidR="00343BCF">
              <w:rPr>
                <w:rFonts w:ascii="Times New Roman" w:hAnsi="Times New Roman" w:cs="Times New Roman"/>
                <w:sz w:val="24"/>
                <w:szCs w:val="24"/>
              </w:rPr>
              <w:t>1</w:t>
            </w:r>
            <w:r w:rsidR="00676F9A" w:rsidRPr="00676F9A">
              <w:rPr>
                <w:rFonts w:ascii="Times New Roman" w:hAnsi="Times New Roman" w:cs="Times New Roman"/>
                <w:sz w:val="24"/>
                <w:szCs w:val="24"/>
              </w:rPr>
              <w:t>/</w:t>
            </w:r>
            <w:r w:rsidR="00343BCF">
              <w:rPr>
                <w:rFonts w:ascii="Times New Roman" w:hAnsi="Times New Roman" w:cs="Times New Roman"/>
                <w:sz w:val="24"/>
                <w:szCs w:val="24"/>
              </w:rPr>
              <w:t>07</w:t>
            </w:r>
            <w:r w:rsidR="00676F9A" w:rsidRPr="00676F9A">
              <w:rPr>
                <w:rFonts w:ascii="Times New Roman" w:hAnsi="Times New Roman" w:cs="Times New Roman"/>
                <w:sz w:val="24"/>
                <w:szCs w:val="24"/>
              </w:rPr>
              <w:t>/20</w:t>
            </w:r>
            <w:r w:rsidR="00343BCF">
              <w:rPr>
                <w:rFonts w:ascii="Times New Roman" w:hAnsi="Times New Roman" w:cs="Times New Roman"/>
                <w:sz w:val="24"/>
                <w:szCs w:val="24"/>
              </w:rPr>
              <w:t>26</w:t>
            </w:r>
            <w:r w:rsidR="004113A2">
              <w:rPr>
                <w:rFonts w:ascii="Times New Roman" w:hAnsi="Times New Roman" w:cs="Times New Roman"/>
                <w:sz w:val="24"/>
                <w:szCs w:val="24"/>
              </w:rPr>
              <w:t xml:space="preserve"> </w:t>
            </w:r>
            <w:r w:rsidR="00676F9A" w:rsidRPr="00676F9A">
              <w:rPr>
                <w:rFonts w:ascii="Times New Roman" w:hAnsi="Times New Roman" w:cs="Times New Roman"/>
                <w:sz w:val="24"/>
                <w:szCs w:val="24"/>
              </w:rPr>
              <w:t xml:space="preserve"> at </w:t>
            </w:r>
            <w:r w:rsidR="00343BCF">
              <w:rPr>
                <w:rFonts w:ascii="Times New Roman" w:hAnsi="Times New Roman" w:cs="Times New Roman"/>
                <w:sz w:val="24"/>
                <w:szCs w:val="24"/>
              </w:rPr>
              <w:t>1</w:t>
            </w:r>
            <w:r>
              <w:rPr>
                <w:rFonts w:ascii="Times New Roman" w:hAnsi="Times New Roman" w:cs="Times New Roman"/>
                <w:sz w:val="24"/>
                <w:szCs w:val="24"/>
              </w:rPr>
              <w:t>8</w:t>
            </w:r>
            <w:r w:rsidR="00343BCF">
              <w:rPr>
                <w:rFonts w:ascii="Times New Roman" w:hAnsi="Times New Roman" w:cs="Times New Roman"/>
                <w:sz w:val="24"/>
                <w:szCs w:val="24"/>
              </w:rPr>
              <w:t>30</w:t>
            </w:r>
            <w:r w:rsidR="00676F9A" w:rsidRPr="00676F9A">
              <w:rPr>
                <w:rFonts w:ascii="Times New Roman" w:hAnsi="Times New Roman" w:cs="Times New Roman"/>
                <w:sz w:val="24"/>
                <w:szCs w:val="24"/>
              </w:rPr>
              <w:t xml:space="preserve"> Hrs</w:t>
            </w:r>
          </w:p>
        </w:tc>
      </w:tr>
      <w:tr w:rsidR="005633B0" w:rsidRPr="00676F9A" w:rsidTr="004113A2">
        <w:tc>
          <w:tcPr>
            <w:tcW w:w="4158" w:type="dxa"/>
          </w:tcPr>
          <w:p w:rsidR="005633B0" w:rsidRPr="00676F9A" w:rsidRDefault="005633B0">
            <w:pPr>
              <w:rPr>
                <w:rFonts w:ascii="Times New Roman" w:hAnsi="Times New Roman" w:cs="Times New Roman"/>
                <w:sz w:val="24"/>
                <w:szCs w:val="24"/>
              </w:rPr>
            </w:pPr>
            <w:r>
              <w:rPr>
                <w:rFonts w:ascii="Times New Roman" w:hAnsi="Times New Roman" w:cs="Times New Roman"/>
                <w:sz w:val="24"/>
                <w:szCs w:val="24"/>
              </w:rPr>
              <w:t xml:space="preserve">Pre- bid meeting </w:t>
            </w:r>
          </w:p>
        </w:tc>
        <w:tc>
          <w:tcPr>
            <w:tcW w:w="4482" w:type="dxa"/>
          </w:tcPr>
          <w:p w:rsidR="005633B0" w:rsidRDefault="005633B0" w:rsidP="00DD2365">
            <w:pPr>
              <w:rPr>
                <w:rFonts w:ascii="Times New Roman" w:hAnsi="Times New Roman" w:cs="Times New Roman"/>
                <w:sz w:val="24"/>
                <w:szCs w:val="24"/>
              </w:rPr>
            </w:pPr>
            <w:r>
              <w:rPr>
                <w:rFonts w:ascii="Times New Roman" w:hAnsi="Times New Roman" w:cs="Times New Roman"/>
                <w:sz w:val="24"/>
                <w:szCs w:val="24"/>
              </w:rPr>
              <w:t>---</w:t>
            </w:r>
          </w:p>
        </w:tc>
      </w:tr>
      <w:tr w:rsidR="005633B0" w:rsidRPr="00676F9A" w:rsidTr="004113A2">
        <w:tc>
          <w:tcPr>
            <w:tcW w:w="4158" w:type="dxa"/>
          </w:tcPr>
          <w:p w:rsidR="005633B0" w:rsidRPr="00676F9A" w:rsidRDefault="005633B0">
            <w:pPr>
              <w:rPr>
                <w:rFonts w:ascii="Times New Roman" w:hAnsi="Times New Roman" w:cs="Times New Roman"/>
                <w:sz w:val="24"/>
                <w:szCs w:val="24"/>
              </w:rPr>
            </w:pPr>
            <w:r>
              <w:rPr>
                <w:rFonts w:ascii="Times New Roman" w:hAnsi="Times New Roman" w:cs="Times New Roman"/>
                <w:sz w:val="24"/>
                <w:szCs w:val="24"/>
              </w:rPr>
              <w:t>QRs/TDs</w:t>
            </w:r>
          </w:p>
        </w:tc>
        <w:tc>
          <w:tcPr>
            <w:tcW w:w="4482" w:type="dxa"/>
          </w:tcPr>
          <w:p w:rsidR="005633B0" w:rsidRDefault="005633B0" w:rsidP="005633B0">
            <w:pPr>
              <w:rPr>
                <w:rFonts w:ascii="Times New Roman" w:hAnsi="Times New Roman" w:cs="Times New Roman"/>
                <w:sz w:val="24"/>
                <w:szCs w:val="24"/>
              </w:rPr>
            </w:pPr>
            <w:r>
              <w:rPr>
                <w:rFonts w:ascii="Times New Roman" w:hAnsi="Times New Roman" w:cs="Times New Roman"/>
                <w:sz w:val="24"/>
                <w:szCs w:val="24"/>
              </w:rPr>
              <w:t>MHA  approved  dated 20.05.2019</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As per the Bid Document available on the GeM Portal.</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(GeM) Portal.</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482"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rsidTr="004113A2">
        <w:tc>
          <w:tcPr>
            <w:tcW w:w="4158"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482" w:type="dxa"/>
          </w:tcPr>
          <w:p w:rsidR="00C77E23" w:rsidRPr="00676F9A" w:rsidRDefault="004113A2" w:rsidP="004113A2">
            <w:pPr>
              <w:rPr>
                <w:rFonts w:ascii="Times New Roman" w:hAnsi="Times New Roman" w:cs="Times New Roman"/>
                <w:sz w:val="24"/>
                <w:szCs w:val="24"/>
              </w:rPr>
            </w:pPr>
            <w:r>
              <w:rPr>
                <w:rFonts w:ascii="Times New Roman" w:hAnsi="Times New Roman" w:cs="Times New Roman"/>
                <w:sz w:val="24"/>
                <w:szCs w:val="24"/>
              </w:rPr>
              <w:t xml:space="preserve">Dy. </w:t>
            </w:r>
            <w:r w:rsidRPr="00676F9A">
              <w:rPr>
                <w:rFonts w:ascii="Times New Roman" w:hAnsi="Times New Roman" w:cs="Times New Roman"/>
                <w:sz w:val="24"/>
                <w:szCs w:val="24"/>
              </w:rPr>
              <w:t xml:space="preserve"> Commandant (Procurement)</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 xml:space="preserve">Block-2, CGO Complex, </w:t>
            </w:r>
            <w:proofErr w:type="spellStart"/>
            <w:r w:rsidRPr="00676F9A">
              <w:rPr>
                <w:rFonts w:ascii="Times New Roman" w:hAnsi="Times New Roman" w:cs="Times New Roman"/>
                <w:sz w:val="24"/>
                <w:szCs w:val="24"/>
              </w:rPr>
              <w:t>Lodhi</w:t>
            </w:r>
            <w:proofErr w:type="spellEnd"/>
            <w:r w:rsidRPr="00676F9A">
              <w:rPr>
                <w:rFonts w:ascii="Times New Roman" w:hAnsi="Times New Roman" w:cs="Times New Roman"/>
                <w:sz w:val="24"/>
                <w:szCs w:val="24"/>
              </w:rPr>
              <w:t xml:space="preserve"> Road</w:t>
            </w:r>
            <w:r w:rsidRPr="00676F9A">
              <w:rPr>
                <w:rFonts w:ascii="Times New Roman" w:hAnsi="Times New Roman" w:cs="Times New Roman"/>
                <w:sz w:val="24"/>
                <w:szCs w:val="24"/>
              </w:rPr>
              <w:br/>
              <w:t>New Delhi – 110003</w:t>
            </w:r>
            <w:r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(ext- 356, 255)</w:t>
            </w:r>
            <w:r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C77E23" w:rsidRPr="00676F9A" w:rsidRDefault="00C77E23">
      <w:pPr>
        <w:rPr>
          <w:rFonts w:ascii="Times New Roman" w:hAnsi="Times New Roman" w:cs="Times New Roman"/>
          <w:sz w:val="24"/>
          <w:szCs w:val="24"/>
        </w:rPr>
      </w:pPr>
    </w:p>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pPr>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New Delhi</w:t>
      </w:r>
    </w:p>
    <w:sectPr w:rsidR="00C77E23" w:rsidRPr="00676F9A" w:rsidSect="00676F9A">
      <w:pgSz w:w="12240" w:h="15840"/>
      <w:pgMar w:top="5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B47730"/>
    <w:rsid w:val="00034616"/>
    <w:rsid w:val="0006063C"/>
    <w:rsid w:val="0015074B"/>
    <w:rsid w:val="0029639D"/>
    <w:rsid w:val="002E3C45"/>
    <w:rsid w:val="00326F90"/>
    <w:rsid w:val="00343BCF"/>
    <w:rsid w:val="003D5BE5"/>
    <w:rsid w:val="004113A2"/>
    <w:rsid w:val="005633B0"/>
    <w:rsid w:val="00676F9A"/>
    <w:rsid w:val="00AA1D8D"/>
    <w:rsid w:val="00B47730"/>
    <w:rsid w:val="00C77E23"/>
    <w:rsid w:val="00CB0664"/>
    <w:rsid w:val="00DD2365"/>
    <w:rsid w:val="00E361AE"/>
    <w:rsid w:val="00F96143"/>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E270B-BE83-43CE-9B3D-9C5C0B812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proc br</cp:lastModifiedBy>
  <cp:revision>7</cp:revision>
  <cp:lastPrinted>2026-07-10T08:32:00Z</cp:lastPrinted>
  <dcterms:created xsi:type="dcterms:W3CDTF">2013-12-23T23:15:00Z</dcterms:created>
  <dcterms:modified xsi:type="dcterms:W3CDTF">2026-07-10T11:30:00Z</dcterms:modified>
  <cp:category/>
</cp:coreProperties>
</file>